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Fellowship</w:t>
      </w:r>
    </w:p>
    <w:p>
      <w:r>
        <w:t>Date: November 1947</w:t>
      </w:r>
    </w:p>
    <w:p>
      <w:r>
        <w:t>Location: Phoenix, AZ  USA</w:t>
      </w:r>
    </w:p>
    <w:p/>
    <w:p>
      <w:r>
        <w:t>1. At this time we're going to have a trumpet solo by my good friend, Brother F. F. Bosworth: Brother Bosworth.</w:t>
        <w:br/>
        <w:t>[Brother Bosworth gives a solo]</w:t>
        <w:br/>
        <w:t>My, that was very fine, Brother Bosworth. We certainly appreciated that. And I wonder, while you're kind of tuning up there, if we could have a little chorus of "Down At The Cross." It's kind of a favorite to me. I wonder if you would play it. All right, Brother Bosworth.</w:t>
        <w:br/>
        <w:t>[Brother Bosworth plays "Down At The Cross."]</w:t>
        <w:br/>
        <w:t>My, that sound like old revival times, a long time ago. Say, we're really enjoying ourself here in this little visit here with Brother and Sister McAnally tonight. I wonder, Brother Hooper, if you've got a word you'd just like to say something in the microphone now. [Brother Hooper says a few words]</w:t>
        <w:br/>
        <w:t>Yes, sir. Brother McAnally is next to the best hog hunter in the country. He's the best when I'm gone.</w:t>
        <w:br/>
        <w:t>All right. I want to have a word from the wife here. All right, honey, what you going to say?</w:t>
        <w:br/>
        <w:t>[Sister Meda Branham says, "I'm Certainly glad for the privilege I have of being in Arizona, and glad for the privilege I have to meet friends like Brother and Sister McAnally."]</w:t>
        <w:br/>
        <w:t>Brother Bosworth, what do you think about Arizona and these people here?</w:t>
        <w:br/>
        <w:t>[Brother Bosworth says a few words]</w:t>
        <w:br/>
        <w:t>[Brother McAnally comments on hog hunting]</w:t>
        <w:br/>
        <w:t>[Brother Bosworth gives another solo. Blank.spot.on.tape]</w:t>
        <w:br/>
        <w:t>Brother Mac, everything that you done for us since we been down here on this trip. And I trust to Almighty God that someday, we can be back together again. God bless you, brother. I've always wanted to hear your wife's voice. Sister McAnally, may I be many miles away, but when you play this, think of me.</w:t>
        <w:br/>
        <w:t>[Sister McAnally says a few words]</w:t>
        <w:br/>
        <w:t>Okay, well thanks, Sister McAnally. That was very, very fine. Oh, she's just a little timid woman. I kinda like that though. Brother Bosworth, you got another one on that old trumpet there? We just--we just like to hear another one for Brother Mac and them. God bless you, brother. All right, Brother Bosworth.</w:t>
        <w:br/>
        <w:t>[Brother Bosworth gives another solo]</w:t>
        <w:br/>
        <w:t>Fine, Brother Bosworth. Thanks a whole lot. Brother Hooper, you got another word to say? Nothing to say? Honey, oh, my. Mac, tell us something right quick over this microphone, will you?</w:t>
        <w:br/>
        <w:t>[Brother McAnally says a few more words about hunting]</w:t>
        <w:br/>
        <w:t>Okay, fine. You want a word to say, Brother Bosworth? Say something else.</w:t>
        <w:br/>
        <w:t>[Brother Bosworth speaks for a minute and a half]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